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Look w:val="0000" w:firstRow="0" w:lastRow="0" w:firstColumn="0" w:lastColumn="0" w:noHBand="0" w:noVBand="0"/>
      </w:tblPr>
      <w:tblGrid>
        <w:gridCol w:w="4112"/>
        <w:gridCol w:w="5670"/>
      </w:tblGrid>
      <w:tr w:rsidR="00025B4A" w:rsidRPr="00025B4A" w14:paraId="32536F0E" w14:textId="77777777" w:rsidTr="00025B4A">
        <w:tc>
          <w:tcPr>
            <w:tcW w:w="4112" w:type="dxa"/>
          </w:tcPr>
          <w:p w14:paraId="41A6334A" w14:textId="77777777" w:rsidR="00025B4A" w:rsidRPr="00025B4A" w:rsidRDefault="00025B4A" w:rsidP="00025B4A">
            <w:pPr>
              <w:spacing w:after="0"/>
              <w:jc w:val="center"/>
              <w:rPr>
                <w:rFonts w:cs="Times New Roman"/>
                <w:sz w:val="26"/>
                <w:szCs w:val="26"/>
              </w:rPr>
            </w:pPr>
            <w:r w:rsidRPr="00025B4A">
              <w:rPr>
                <w:rFonts w:cs="Times New Roman"/>
                <w:sz w:val="26"/>
                <w:szCs w:val="26"/>
              </w:rPr>
              <w:t>SỞ GIÁO DỤC VÀ ĐÀO TẠO</w:t>
            </w:r>
          </w:p>
          <w:p w14:paraId="200A7A92" w14:textId="77777777" w:rsidR="00025B4A" w:rsidRPr="00025B4A" w:rsidRDefault="00025B4A" w:rsidP="00025B4A">
            <w:pPr>
              <w:spacing w:after="0"/>
              <w:jc w:val="center"/>
              <w:rPr>
                <w:rFonts w:cs="Times New Roman"/>
                <w:b/>
                <w:sz w:val="26"/>
                <w:szCs w:val="26"/>
              </w:rPr>
            </w:pPr>
            <w:r w:rsidRPr="00025B4A">
              <w:rPr>
                <w:rFonts w:cs="Times New Roman"/>
                <w:b/>
                <w:sz w:val="26"/>
                <w:szCs w:val="26"/>
              </w:rPr>
              <w:t>TRƯỜNG THPT HOÀNH BỒ</w:t>
            </w:r>
          </w:p>
          <w:p w14:paraId="4D0D00F7" w14:textId="77777777" w:rsidR="00025B4A" w:rsidRPr="00025B4A" w:rsidRDefault="00025B4A" w:rsidP="00025B4A">
            <w:pPr>
              <w:spacing w:after="0"/>
              <w:jc w:val="center"/>
              <w:rPr>
                <w:rFonts w:cs="Times New Roman"/>
                <w:sz w:val="26"/>
                <w:szCs w:val="26"/>
              </w:rPr>
            </w:pPr>
            <w:r w:rsidRPr="00025B4A">
              <w:rPr>
                <w:rFonts w:cs="Times New Roman"/>
                <w:noProof/>
                <w:sz w:val="26"/>
                <w:szCs w:val="26"/>
              </w:rPr>
              <mc:AlternateContent>
                <mc:Choice Requires="wps">
                  <w:drawing>
                    <wp:anchor distT="0" distB="0" distL="114300" distR="114300" simplePos="0" relativeHeight="251655168" behindDoc="0" locked="0" layoutInCell="1" allowOverlap="1" wp14:anchorId="45D82B8D" wp14:editId="110B944C">
                      <wp:simplePos x="0" y="0"/>
                      <wp:positionH relativeFrom="column">
                        <wp:posOffset>694690</wp:posOffset>
                      </wp:positionH>
                      <wp:positionV relativeFrom="paragraph">
                        <wp:posOffset>34290</wp:posOffset>
                      </wp:positionV>
                      <wp:extent cx="1110615" cy="0"/>
                      <wp:effectExtent l="10795" t="9525" r="12065" b="952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F6A61" id="Line 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2.7pt" to="142.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"/>
                  </w:pict>
                </mc:Fallback>
              </mc:AlternateContent>
            </w:r>
          </w:p>
          <w:p w14:paraId="06EAD9FA" w14:textId="4D099C8B" w:rsidR="00025B4A" w:rsidRPr="00025B4A" w:rsidRDefault="00025B4A" w:rsidP="00025B4A">
            <w:pPr>
              <w:spacing w:after="0"/>
              <w:jc w:val="center"/>
              <w:rPr>
                <w:rFonts w:cs="Times New Roman"/>
                <w:sz w:val="26"/>
                <w:szCs w:val="26"/>
              </w:rPr>
            </w:pPr>
          </w:p>
        </w:tc>
        <w:tc>
          <w:tcPr>
            <w:tcW w:w="5670" w:type="dxa"/>
          </w:tcPr>
          <w:p w14:paraId="7AB901EA" w14:textId="77777777" w:rsidR="00025B4A" w:rsidRPr="00025B4A" w:rsidRDefault="00025B4A" w:rsidP="00025B4A">
            <w:pPr>
              <w:spacing w:after="0"/>
              <w:jc w:val="center"/>
              <w:rPr>
                <w:rFonts w:cs="Times New Roman"/>
                <w:b/>
                <w:sz w:val="26"/>
                <w:szCs w:val="26"/>
              </w:rPr>
            </w:pPr>
            <w:r w:rsidRPr="00025B4A">
              <w:rPr>
                <w:rFonts w:cs="Times New Roman"/>
                <w:b/>
                <w:sz w:val="26"/>
                <w:szCs w:val="26"/>
              </w:rPr>
              <w:t xml:space="preserve">CỘNG HOÀ XÃ HỘI CHỦ NGHĨA VIỆT </w:t>
            </w:r>
            <w:smartTag w:uri="urn:schemas-microsoft-com:office:smarttags" w:element="country-region">
              <w:smartTag w:uri="urn:schemas-microsoft-com:office:smarttags" w:element="place">
                <w:r w:rsidRPr="00025B4A">
                  <w:rPr>
                    <w:rFonts w:cs="Times New Roman"/>
                    <w:b/>
                    <w:sz w:val="26"/>
                    <w:szCs w:val="26"/>
                  </w:rPr>
                  <w:t>NAM</w:t>
                </w:r>
              </w:smartTag>
            </w:smartTag>
          </w:p>
          <w:p w14:paraId="268B73C2" w14:textId="77777777" w:rsidR="00025B4A" w:rsidRPr="00025B4A" w:rsidRDefault="00025B4A" w:rsidP="00025B4A">
            <w:pPr>
              <w:spacing w:after="0"/>
              <w:jc w:val="center"/>
              <w:rPr>
                <w:rFonts w:cs="Times New Roman"/>
                <w:sz w:val="26"/>
                <w:szCs w:val="26"/>
              </w:rPr>
            </w:pPr>
            <w:r w:rsidRPr="00025B4A">
              <w:rPr>
                <w:rFonts w:cs="Times New Roman"/>
                <w:b/>
                <w:sz w:val="26"/>
                <w:szCs w:val="26"/>
              </w:rPr>
              <w:t>Độc lập - Tự do - Hạnh phúc</w:t>
            </w:r>
          </w:p>
          <w:p w14:paraId="080BE539" w14:textId="216018AB" w:rsidR="001263E7" w:rsidRDefault="001263E7" w:rsidP="00025B4A">
            <w:pPr>
              <w:pStyle w:val="Heading1"/>
              <w:spacing w:before="0"/>
              <w:jc w:val="center"/>
              <w:rPr>
                <w:rFonts w:ascii="Times New Roman" w:hAnsi="Times New Roman" w:cs="Times New Roman"/>
                <w:b w:val="0"/>
                <w:bCs w:val="0"/>
                <w:color w:val="0D0D0D" w:themeColor="text1" w:themeTint="F2"/>
                <w:sz w:val="26"/>
                <w:szCs w:val="26"/>
              </w:rPr>
            </w:pPr>
            <w:r w:rsidRPr="00025B4A">
              <w:rPr>
                <w:rFonts w:ascii="Times New Roman" w:hAnsi="Times New Roman" w:cs="Times New Roman"/>
                <w:b w:val="0"/>
                <w:bCs w:val="0"/>
                <w:noProof/>
                <w:color w:val="0D0D0D" w:themeColor="text1" w:themeTint="F2"/>
                <w:sz w:val="26"/>
                <w:szCs w:val="26"/>
              </w:rPr>
              <mc:AlternateContent>
                <mc:Choice Requires="wps">
                  <w:drawing>
                    <wp:anchor distT="0" distB="0" distL="114300" distR="114300" simplePos="0" relativeHeight="251661312" behindDoc="0" locked="0" layoutInCell="1" allowOverlap="1" wp14:anchorId="0444D372" wp14:editId="0BE76A03">
                      <wp:simplePos x="0" y="0"/>
                      <wp:positionH relativeFrom="column">
                        <wp:posOffset>703580</wp:posOffset>
                      </wp:positionH>
                      <wp:positionV relativeFrom="paragraph">
                        <wp:posOffset>24130</wp:posOffset>
                      </wp:positionV>
                      <wp:extent cx="2016760" cy="0"/>
                      <wp:effectExtent l="0" t="0" r="0" b="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820A4" id="Line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pt,1.9pt" to="214.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"/>
                  </w:pict>
                </mc:Fallback>
              </mc:AlternateContent>
            </w:r>
          </w:p>
          <w:p w14:paraId="4EE495CB" w14:textId="04C7594A" w:rsidR="00025B4A" w:rsidRPr="00025B4A" w:rsidRDefault="00025B4A" w:rsidP="00025B4A">
            <w:pPr>
              <w:pStyle w:val="Heading1"/>
              <w:spacing w:before="0"/>
              <w:jc w:val="center"/>
              <w:rPr>
                <w:rFonts w:ascii="Times New Roman" w:hAnsi="Times New Roman" w:cs="Times New Roman"/>
                <w:b w:val="0"/>
                <w:bCs w:val="0"/>
                <w:sz w:val="26"/>
                <w:szCs w:val="26"/>
              </w:rPr>
            </w:pPr>
          </w:p>
        </w:tc>
      </w:tr>
    </w:tbl>
    <w:p w14:paraId="33EDB785" w14:textId="77777777" w:rsidR="00025B4A" w:rsidRDefault="00025B4A">
      <w:pPr>
        <w:spacing w:before="80" w:after="0"/>
        <w:jc w:val="center"/>
        <w:rPr>
          <w:b/>
          <w:sz w:val="28"/>
        </w:rPr>
      </w:pPr>
    </w:p>
    <w:p w14:paraId="2B106D1C" w14:textId="08D0237A" w:rsidR="00D510AE" w:rsidRDefault="0084141D">
      <w:pPr>
        <w:spacing w:before="80" w:after="0"/>
        <w:jc w:val="center"/>
      </w:pPr>
      <w:r>
        <w:rPr>
          <w:b/>
          <w:sz w:val="28"/>
        </w:rPr>
        <w:t>PHIẾU ĐĂNG KÝ TỔ HỢP MÔN HỌC LỰA CHỌN LỚP 10</w:t>
      </w:r>
    </w:p>
    <w:p w14:paraId="303694AE" w14:textId="612129C5" w:rsidR="00D510AE" w:rsidRDefault="00025B4A">
      <w:pPr>
        <w:spacing w:after="80"/>
        <w:jc w:val="center"/>
      </w:pPr>
      <w:r w:rsidRPr="00025B4A">
        <w:rPr>
          <w:rFonts w:cs="Times New Roman"/>
          <w:noProof/>
          <w:sz w:val="26"/>
          <w:szCs w:val="26"/>
        </w:rPr>
        <mc:AlternateContent>
          <mc:Choice Requires="wps">
            <w:drawing>
              <wp:anchor distT="0" distB="0" distL="114300" distR="114300" simplePos="0" relativeHeight="251662336" behindDoc="0" locked="0" layoutInCell="1" allowOverlap="1" wp14:anchorId="77189B99" wp14:editId="537157AA">
                <wp:simplePos x="0" y="0"/>
                <wp:positionH relativeFrom="column">
                  <wp:posOffset>2503170</wp:posOffset>
                </wp:positionH>
                <wp:positionV relativeFrom="paragraph">
                  <wp:posOffset>205476</wp:posOffset>
                </wp:positionV>
                <wp:extent cx="1110615"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E0D85"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1pt,16.2pt" to="284.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"/>
            </w:pict>
          </mc:Fallback>
        </mc:AlternateContent>
      </w:r>
      <w:r w:rsidR="0084141D">
        <w:rPr>
          <w:b/>
          <w:sz w:val="26"/>
        </w:rPr>
        <w:t>Năm học 2026 - 2027</w:t>
      </w:r>
    </w:p>
    <w:p w14:paraId="04746820" w14:textId="073D98F2" w:rsidR="00025B4A" w:rsidRDefault="00025B4A">
      <w:pPr>
        <w:rPr>
          <w:b/>
          <w:sz w:val="25"/>
        </w:rPr>
      </w:pPr>
    </w:p>
    <w:p w14:paraId="38F291F5" w14:textId="190C35B0" w:rsidR="00D510AE" w:rsidRPr="00025B4A" w:rsidRDefault="0084141D" w:rsidP="00025B4A">
      <w:pPr>
        <w:spacing w:after="0" w:line="288" w:lineRule="auto"/>
        <w:rPr>
          <w:sz w:val="28"/>
          <w:szCs w:val="28"/>
        </w:rPr>
      </w:pPr>
      <w:r w:rsidRPr="00025B4A">
        <w:rPr>
          <w:b/>
          <w:sz w:val="28"/>
          <w:szCs w:val="28"/>
        </w:rPr>
        <w:t>I. THÔNG TIN HỌC SINH</w:t>
      </w:r>
    </w:p>
    <w:p w14:paraId="4CD62710" w14:textId="4FEAD4A8" w:rsidR="00D510AE" w:rsidRPr="00025B4A" w:rsidRDefault="0084141D" w:rsidP="00025B4A">
      <w:pPr>
        <w:spacing w:after="0" w:line="288" w:lineRule="auto"/>
        <w:rPr>
          <w:sz w:val="28"/>
          <w:szCs w:val="28"/>
        </w:rPr>
      </w:pPr>
      <w:r w:rsidRPr="00025B4A">
        <w:rPr>
          <w:sz w:val="28"/>
          <w:szCs w:val="28"/>
        </w:rPr>
        <w:t>1. Họ và tên: .........................................................................  Giới tính: ........................</w:t>
      </w:r>
    </w:p>
    <w:p w14:paraId="4EA58075" w14:textId="0C028040" w:rsidR="00D510AE" w:rsidRPr="00025B4A" w:rsidRDefault="0084141D" w:rsidP="00025B4A">
      <w:pPr>
        <w:spacing w:after="0" w:line="288" w:lineRule="auto"/>
        <w:rPr>
          <w:sz w:val="28"/>
          <w:szCs w:val="28"/>
        </w:rPr>
      </w:pPr>
      <w:r w:rsidRPr="00025B4A">
        <w:rPr>
          <w:sz w:val="28"/>
          <w:szCs w:val="28"/>
        </w:rPr>
        <w:t>2. Ngày, tháng, năm sinh: ....................................................   Dân tộc: ......................</w:t>
      </w:r>
      <w:r w:rsidR="00025B4A">
        <w:rPr>
          <w:sz w:val="28"/>
          <w:szCs w:val="28"/>
        </w:rPr>
        <w:t>...</w:t>
      </w:r>
    </w:p>
    <w:p w14:paraId="3E3DD4B5" w14:textId="2FCA5167" w:rsidR="00D510AE" w:rsidRPr="00025B4A" w:rsidRDefault="0084141D" w:rsidP="00025B4A">
      <w:pPr>
        <w:spacing w:after="0" w:line="288" w:lineRule="auto"/>
        <w:rPr>
          <w:sz w:val="28"/>
          <w:szCs w:val="28"/>
        </w:rPr>
      </w:pPr>
      <w:r w:rsidRPr="00025B4A">
        <w:rPr>
          <w:sz w:val="28"/>
          <w:szCs w:val="28"/>
        </w:rPr>
        <w:t>3. Nơi sinh: .....................................................................................................................</w:t>
      </w:r>
    </w:p>
    <w:p w14:paraId="6515F32D" w14:textId="3EC2E32C" w:rsidR="00D510AE" w:rsidRPr="00025B4A" w:rsidRDefault="0084141D" w:rsidP="00025B4A">
      <w:pPr>
        <w:spacing w:after="0" w:line="288" w:lineRule="auto"/>
        <w:rPr>
          <w:sz w:val="28"/>
          <w:szCs w:val="28"/>
        </w:rPr>
      </w:pPr>
      <w:r w:rsidRPr="00025B4A">
        <w:rPr>
          <w:sz w:val="28"/>
          <w:szCs w:val="28"/>
        </w:rPr>
        <w:t>4. Địa chỉ thường trú: ......................................................................................................</w:t>
      </w:r>
    </w:p>
    <w:p w14:paraId="161EF3DF" w14:textId="54DBF4E2" w:rsidR="00D510AE" w:rsidRPr="00025B4A" w:rsidRDefault="0084141D" w:rsidP="00025B4A">
      <w:pPr>
        <w:spacing w:after="0" w:line="288" w:lineRule="auto"/>
        <w:rPr>
          <w:sz w:val="28"/>
          <w:szCs w:val="28"/>
        </w:rPr>
      </w:pPr>
      <w:r w:rsidRPr="00025B4A">
        <w:rPr>
          <w:sz w:val="28"/>
          <w:szCs w:val="28"/>
        </w:rPr>
        <w:t>5. Học sinh Trường THCS: ...........................................................................................</w:t>
      </w:r>
      <w:r w:rsidR="00025B4A">
        <w:rPr>
          <w:sz w:val="28"/>
          <w:szCs w:val="28"/>
        </w:rPr>
        <w:t>.</w:t>
      </w:r>
    </w:p>
    <w:p w14:paraId="3C7E626A" w14:textId="77777777" w:rsidR="00D510AE" w:rsidRPr="00025B4A" w:rsidRDefault="0084141D" w:rsidP="00025B4A">
      <w:pPr>
        <w:spacing w:after="0" w:line="288" w:lineRule="auto"/>
        <w:rPr>
          <w:sz w:val="28"/>
          <w:szCs w:val="28"/>
        </w:rPr>
      </w:pPr>
      <w:r w:rsidRPr="00025B4A">
        <w:rPr>
          <w:sz w:val="28"/>
          <w:szCs w:val="28"/>
        </w:rPr>
        <w:t>6. Kết quả học tập, rèn luyện lớp 9:</w:t>
      </w:r>
    </w:p>
    <w:p w14:paraId="57926362" w14:textId="73390A11" w:rsidR="00D510AE" w:rsidRPr="00025B4A" w:rsidRDefault="0084141D" w:rsidP="00025B4A">
      <w:pPr>
        <w:spacing w:after="0" w:line="288" w:lineRule="auto"/>
        <w:rPr>
          <w:sz w:val="28"/>
          <w:szCs w:val="28"/>
        </w:rPr>
      </w:pPr>
      <w:r w:rsidRPr="00025B4A">
        <w:rPr>
          <w:sz w:val="28"/>
          <w:szCs w:val="28"/>
        </w:rPr>
        <w:t xml:space="preserve">   - Kết quả học tập: .................................... Kết quả rèn luyện: .....................................</w:t>
      </w:r>
    </w:p>
    <w:p w14:paraId="25FB8F81" w14:textId="2E7E6246" w:rsidR="00D510AE" w:rsidRPr="00025B4A" w:rsidRDefault="0084141D" w:rsidP="00025B4A">
      <w:pPr>
        <w:spacing w:after="0" w:line="288" w:lineRule="auto"/>
        <w:rPr>
          <w:sz w:val="28"/>
          <w:szCs w:val="28"/>
        </w:rPr>
      </w:pPr>
      <w:r w:rsidRPr="00025B4A">
        <w:rPr>
          <w:sz w:val="28"/>
          <w:szCs w:val="28"/>
        </w:rPr>
        <w:t xml:space="preserve">   - Điểm tổng kết: Ngữ văn: ...............   Toán: ...............   Tiếng Anh: ...............</w:t>
      </w:r>
      <w:r w:rsidR="00025B4A">
        <w:rPr>
          <w:sz w:val="28"/>
          <w:szCs w:val="28"/>
        </w:rPr>
        <w:t>..........</w:t>
      </w:r>
    </w:p>
    <w:p w14:paraId="3EBD06BB" w14:textId="77777777" w:rsidR="00D510AE" w:rsidRPr="00025B4A" w:rsidRDefault="0084141D" w:rsidP="00025B4A">
      <w:pPr>
        <w:spacing w:after="0" w:line="288" w:lineRule="auto"/>
        <w:rPr>
          <w:sz w:val="28"/>
          <w:szCs w:val="28"/>
        </w:rPr>
      </w:pPr>
      <w:r w:rsidRPr="00025B4A">
        <w:rPr>
          <w:sz w:val="28"/>
          <w:szCs w:val="28"/>
        </w:rPr>
        <w:t>7. Kết quả kỳ thi tuyển sinh vào lớp 10 năm 2026:</w:t>
      </w:r>
    </w:p>
    <w:p w14:paraId="74B7F69E" w14:textId="77777777" w:rsidR="00D510AE" w:rsidRPr="00025B4A" w:rsidRDefault="0084141D" w:rsidP="00025B4A">
      <w:pPr>
        <w:spacing w:after="0" w:line="288" w:lineRule="auto"/>
        <w:rPr>
          <w:sz w:val="28"/>
          <w:szCs w:val="28"/>
        </w:rPr>
      </w:pPr>
      <w:r w:rsidRPr="00025B4A">
        <w:rPr>
          <w:sz w:val="28"/>
          <w:szCs w:val="28"/>
        </w:rPr>
        <w:t xml:space="preserve">   - Tổng điểm thi 03 môn: ........................</w:t>
      </w:r>
    </w:p>
    <w:p w14:paraId="507CFE90" w14:textId="77777777" w:rsidR="00D510AE" w:rsidRPr="00025B4A" w:rsidRDefault="0084141D" w:rsidP="00025B4A">
      <w:pPr>
        <w:spacing w:after="0" w:line="288" w:lineRule="auto"/>
        <w:rPr>
          <w:sz w:val="28"/>
          <w:szCs w:val="28"/>
        </w:rPr>
      </w:pPr>
      <w:r w:rsidRPr="00025B4A">
        <w:rPr>
          <w:sz w:val="28"/>
          <w:szCs w:val="28"/>
        </w:rPr>
        <w:t xml:space="preserve">   - Ngữ văn: ............... điểm; Toán: ............... điểm; Ngoại ngữ: ............... điểm.</w:t>
      </w:r>
    </w:p>
    <w:p w14:paraId="663EBB31" w14:textId="3FAC0C6E" w:rsidR="00D510AE" w:rsidRDefault="0084141D" w:rsidP="00025B4A">
      <w:pPr>
        <w:spacing w:after="0" w:line="288" w:lineRule="auto"/>
        <w:rPr>
          <w:i/>
          <w:iCs/>
          <w:sz w:val="28"/>
          <w:szCs w:val="28"/>
        </w:rPr>
      </w:pPr>
      <w:r w:rsidRPr="00025B4A">
        <w:rPr>
          <w:sz w:val="28"/>
          <w:szCs w:val="28"/>
        </w:rPr>
        <w:t xml:space="preserve">8. Thành tích đạt được trong quá trình học tập ở cấp THCS </w:t>
      </w:r>
      <w:r w:rsidRPr="00025B4A">
        <w:rPr>
          <w:i/>
          <w:iCs/>
          <w:sz w:val="28"/>
          <w:szCs w:val="28"/>
        </w:rPr>
        <w:t>(nếu có):</w:t>
      </w:r>
    </w:p>
    <w:p w14:paraId="4665A43D" w14:textId="4B0364E2" w:rsidR="00025B4A" w:rsidRPr="00F675F1" w:rsidRDefault="00025B4A" w:rsidP="00025B4A">
      <w:pPr>
        <w:spacing w:after="0" w:line="288" w:lineRule="auto"/>
        <w:rPr>
          <w:sz w:val="26"/>
          <w:szCs w:val="26"/>
        </w:rPr>
      </w:pPr>
      <w:r w:rsidRPr="00F675F1">
        <w:rPr>
          <w:i/>
          <w:iCs/>
          <w:sz w:val="26"/>
          <w:szCs w:val="26"/>
        </w:rPr>
        <w:t xml:space="preserve">(Ví dụ: Giải Nhất </w:t>
      </w:r>
      <w:r w:rsidR="00F675F1" w:rsidRPr="00F675F1">
        <w:rPr>
          <w:i/>
          <w:iCs/>
          <w:sz w:val="26"/>
          <w:szCs w:val="26"/>
        </w:rPr>
        <w:t>HSG tỉnh môn Toán…)</w:t>
      </w:r>
    </w:p>
    <w:p w14:paraId="0FA041B0" w14:textId="418CE13C" w:rsidR="00D510AE" w:rsidRPr="00025B4A" w:rsidRDefault="0084141D" w:rsidP="00025B4A">
      <w:pPr>
        <w:spacing w:after="0" w:line="288" w:lineRule="auto"/>
        <w:rPr>
          <w:sz w:val="28"/>
          <w:szCs w:val="28"/>
        </w:rPr>
      </w:pPr>
      <w:r w:rsidRPr="00025B4A">
        <w:rPr>
          <w:sz w:val="28"/>
          <w:szCs w:val="28"/>
        </w:rPr>
        <w:t>.........................................................................................................................................</w:t>
      </w:r>
    </w:p>
    <w:p w14:paraId="1204AC38" w14:textId="54A9916A" w:rsidR="00D510AE" w:rsidRPr="00025B4A" w:rsidRDefault="0084141D" w:rsidP="00025B4A">
      <w:pPr>
        <w:spacing w:after="0" w:line="288" w:lineRule="auto"/>
        <w:rPr>
          <w:sz w:val="28"/>
          <w:szCs w:val="28"/>
        </w:rPr>
      </w:pPr>
      <w:r w:rsidRPr="00025B4A">
        <w:rPr>
          <w:sz w:val="28"/>
          <w:szCs w:val="28"/>
        </w:rPr>
        <w:t>.........................................................................................................................................</w:t>
      </w:r>
    </w:p>
    <w:p w14:paraId="584FAB6C" w14:textId="06DFB3FD" w:rsidR="00D510AE" w:rsidRPr="00025B4A" w:rsidRDefault="0084141D" w:rsidP="00025B4A">
      <w:pPr>
        <w:spacing w:after="0" w:line="288" w:lineRule="auto"/>
        <w:rPr>
          <w:sz w:val="28"/>
          <w:szCs w:val="28"/>
        </w:rPr>
      </w:pPr>
      <w:r w:rsidRPr="00025B4A">
        <w:rPr>
          <w:sz w:val="28"/>
          <w:szCs w:val="28"/>
        </w:rPr>
        <w:t>9. Năng khiếu, sở trường nổi bật (nếu có): ...............................................................................</w:t>
      </w:r>
      <w:r w:rsidR="00025B4A">
        <w:rPr>
          <w:sz w:val="28"/>
          <w:szCs w:val="28"/>
        </w:rPr>
        <w:t>..........................................................</w:t>
      </w:r>
    </w:p>
    <w:p w14:paraId="6B91DC93" w14:textId="77777777" w:rsidR="00F675F1" w:rsidRDefault="0084141D" w:rsidP="00025B4A">
      <w:pPr>
        <w:spacing w:after="0" w:line="288" w:lineRule="auto"/>
        <w:rPr>
          <w:sz w:val="28"/>
          <w:szCs w:val="28"/>
        </w:rPr>
      </w:pPr>
      <w:r w:rsidRPr="00025B4A">
        <w:rPr>
          <w:sz w:val="28"/>
          <w:szCs w:val="28"/>
        </w:rPr>
        <w:t xml:space="preserve">10. Số điện thoại liên hệ: </w:t>
      </w:r>
    </w:p>
    <w:p w14:paraId="0370283A" w14:textId="71DB6953" w:rsidR="00D510AE" w:rsidRPr="00025B4A" w:rsidRDefault="0084141D" w:rsidP="00025B4A">
      <w:pPr>
        <w:spacing w:after="0" w:line="288" w:lineRule="auto"/>
        <w:rPr>
          <w:sz w:val="28"/>
          <w:szCs w:val="28"/>
        </w:rPr>
      </w:pPr>
      <w:r w:rsidRPr="00025B4A">
        <w:rPr>
          <w:sz w:val="28"/>
          <w:szCs w:val="28"/>
        </w:rPr>
        <w:t>Học sinh: ........................</w:t>
      </w:r>
      <w:r w:rsidR="00F675F1">
        <w:rPr>
          <w:sz w:val="28"/>
          <w:szCs w:val="28"/>
        </w:rPr>
        <w:t>..........</w:t>
      </w:r>
      <w:r w:rsidRPr="00025B4A">
        <w:rPr>
          <w:sz w:val="28"/>
          <w:szCs w:val="28"/>
        </w:rPr>
        <w:t xml:space="preserve"> Cha: ........................</w:t>
      </w:r>
      <w:r w:rsidR="00F675F1">
        <w:rPr>
          <w:sz w:val="28"/>
          <w:szCs w:val="28"/>
        </w:rPr>
        <w:t>.....</w:t>
      </w:r>
      <w:r w:rsidRPr="00025B4A">
        <w:rPr>
          <w:sz w:val="28"/>
          <w:szCs w:val="28"/>
        </w:rPr>
        <w:t xml:space="preserve"> </w:t>
      </w:r>
      <w:r w:rsidR="00F675F1">
        <w:rPr>
          <w:sz w:val="28"/>
          <w:szCs w:val="28"/>
        </w:rPr>
        <w:t>…</w:t>
      </w:r>
      <w:r w:rsidRPr="00025B4A">
        <w:rPr>
          <w:sz w:val="28"/>
          <w:szCs w:val="28"/>
        </w:rPr>
        <w:t>Mẹ: ........................</w:t>
      </w:r>
      <w:r w:rsidR="00F675F1">
        <w:rPr>
          <w:sz w:val="28"/>
          <w:szCs w:val="28"/>
        </w:rPr>
        <w:t>............</w:t>
      </w:r>
    </w:p>
    <w:p w14:paraId="00C3F252" w14:textId="77777777" w:rsidR="00D510AE" w:rsidRPr="00025B4A" w:rsidRDefault="0084141D" w:rsidP="00025B4A">
      <w:pPr>
        <w:spacing w:after="0" w:line="288" w:lineRule="auto"/>
        <w:rPr>
          <w:sz w:val="28"/>
          <w:szCs w:val="28"/>
        </w:rPr>
      </w:pPr>
      <w:r w:rsidRPr="00025B4A">
        <w:rPr>
          <w:b/>
          <w:sz w:val="28"/>
          <w:szCs w:val="28"/>
        </w:rPr>
        <w:t>II. ĐĂNG KÝ TỔ HỢP MÔN HỌC LỰA CHỌN</w:t>
      </w:r>
    </w:p>
    <w:p w14:paraId="7833DE92" w14:textId="77777777" w:rsidR="00D510AE" w:rsidRPr="00025B4A" w:rsidRDefault="0084141D" w:rsidP="00025B4A">
      <w:pPr>
        <w:spacing w:after="0" w:line="288" w:lineRule="auto"/>
        <w:rPr>
          <w:sz w:val="28"/>
          <w:szCs w:val="28"/>
        </w:rPr>
      </w:pPr>
      <w:r w:rsidRPr="00025B4A">
        <w:rPr>
          <w:sz w:val="28"/>
          <w:szCs w:val="28"/>
        </w:rPr>
        <w:t>1. Học sinh học các môn học và hoạt động giáo dục bắt buộc theo Chương trình giáo dục phổ thông 2018.</w:t>
      </w:r>
    </w:p>
    <w:p w14:paraId="78EE7C60" w14:textId="77777777" w:rsidR="00D510AE" w:rsidRPr="00025B4A" w:rsidRDefault="0084141D" w:rsidP="00025B4A">
      <w:pPr>
        <w:spacing w:after="0" w:line="288" w:lineRule="auto"/>
        <w:rPr>
          <w:sz w:val="28"/>
          <w:szCs w:val="28"/>
        </w:rPr>
      </w:pPr>
      <w:r w:rsidRPr="00025B4A">
        <w:rPr>
          <w:sz w:val="28"/>
          <w:szCs w:val="28"/>
        </w:rPr>
        <w:t>2. Học sinh ghi số thứ tự từ 1 đến 7 vào cột “Thứ tự nguyện vọng”; số 1 là nguyện vọng ưu tiên cao nhất. Mỗi số chỉ được sử dụng một lần.</w:t>
      </w:r>
    </w:p>
    <w:tbl>
      <w:tblPr>
        <w:tblStyle w:val="TableGrid"/>
        <w:tblW w:w="0" w:type="auto"/>
        <w:jc w:val="center"/>
        <w:tblLayout w:type="fixed"/>
        <w:tblLook w:val="04A0" w:firstRow="1" w:lastRow="0" w:firstColumn="1" w:lastColumn="0" w:noHBand="0" w:noVBand="1"/>
      </w:tblPr>
      <w:tblGrid>
        <w:gridCol w:w="964"/>
        <w:gridCol w:w="4990"/>
        <w:gridCol w:w="992"/>
        <w:gridCol w:w="1134"/>
        <w:gridCol w:w="1274"/>
      </w:tblGrid>
      <w:tr w:rsidR="00D510AE" w:rsidRPr="00C13262" w14:paraId="54E72E11" w14:textId="77777777" w:rsidTr="003D3B34">
        <w:trPr>
          <w:trHeight w:val="530"/>
          <w:tblHeader/>
          <w:jc w:val="center"/>
        </w:trPr>
        <w:tc>
          <w:tcPr>
            <w:tcW w:w="964" w:type="dxa"/>
            <w:shd w:val="clear" w:color="auto" w:fill="auto"/>
            <w:tcMar>
              <w:top w:w="45" w:type="dxa"/>
              <w:left w:w="45" w:type="dxa"/>
              <w:bottom w:w="45" w:type="dxa"/>
              <w:right w:w="45" w:type="dxa"/>
            </w:tcMar>
            <w:vAlign w:val="center"/>
          </w:tcPr>
          <w:p w14:paraId="7026657C" w14:textId="77777777" w:rsidR="00D510AE" w:rsidRPr="00C13262" w:rsidRDefault="0084141D" w:rsidP="00C13262">
            <w:pPr>
              <w:spacing w:after="0"/>
              <w:jc w:val="center"/>
              <w:rPr>
                <w:sz w:val="28"/>
                <w:szCs w:val="28"/>
              </w:rPr>
            </w:pPr>
            <w:r w:rsidRPr="00C13262">
              <w:rPr>
                <w:b/>
                <w:sz w:val="28"/>
                <w:szCs w:val="28"/>
              </w:rPr>
              <w:t>Mã tổ hợp</w:t>
            </w:r>
          </w:p>
        </w:tc>
        <w:tc>
          <w:tcPr>
            <w:tcW w:w="4990" w:type="dxa"/>
            <w:shd w:val="clear" w:color="auto" w:fill="auto"/>
            <w:tcMar>
              <w:top w:w="45" w:type="dxa"/>
              <w:left w:w="45" w:type="dxa"/>
              <w:bottom w:w="45" w:type="dxa"/>
              <w:right w:w="45" w:type="dxa"/>
            </w:tcMar>
            <w:vAlign w:val="center"/>
          </w:tcPr>
          <w:p w14:paraId="0C103492" w14:textId="77777777" w:rsidR="00D510AE" w:rsidRPr="00C13262" w:rsidRDefault="0084141D" w:rsidP="00C13262">
            <w:pPr>
              <w:spacing w:after="0"/>
              <w:jc w:val="center"/>
              <w:rPr>
                <w:sz w:val="28"/>
                <w:szCs w:val="28"/>
              </w:rPr>
            </w:pPr>
            <w:r w:rsidRPr="00C13262">
              <w:rPr>
                <w:b/>
                <w:sz w:val="28"/>
                <w:szCs w:val="28"/>
              </w:rPr>
              <w:t>Tổ hợp môn học lựa chọn</w:t>
            </w:r>
          </w:p>
        </w:tc>
        <w:tc>
          <w:tcPr>
            <w:tcW w:w="992" w:type="dxa"/>
            <w:shd w:val="clear" w:color="auto" w:fill="auto"/>
            <w:tcMar>
              <w:top w:w="45" w:type="dxa"/>
              <w:left w:w="45" w:type="dxa"/>
              <w:bottom w:w="45" w:type="dxa"/>
              <w:right w:w="45" w:type="dxa"/>
            </w:tcMar>
            <w:vAlign w:val="center"/>
          </w:tcPr>
          <w:p w14:paraId="64BD7584" w14:textId="77777777" w:rsidR="00D510AE" w:rsidRPr="00C13262" w:rsidRDefault="0084141D" w:rsidP="00C13262">
            <w:pPr>
              <w:spacing w:after="0"/>
              <w:jc w:val="center"/>
              <w:rPr>
                <w:sz w:val="28"/>
                <w:szCs w:val="28"/>
              </w:rPr>
            </w:pPr>
            <w:r w:rsidRPr="00C13262">
              <w:rPr>
                <w:b/>
                <w:sz w:val="28"/>
                <w:szCs w:val="28"/>
              </w:rPr>
              <w:t>Số lớp</w:t>
            </w:r>
          </w:p>
        </w:tc>
        <w:tc>
          <w:tcPr>
            <w:tcW w:w="1134" w:type="dxa"/>
            <w:shd w:val="clear" w:color="auto" w:fill="auto"/>
            <w:tcMar>
              <w:top w:w="45" w:type="dxa"/>
              <w:left w:w="45" w:type="dxa"/>
              <w:bottom w:w="45" w:type="dxa"/>
              <w:right w:w="45" w:type="dxa"/>
            </w:tcMar>
            <w:vAlign w:val="center"/>
          </w:tcPr>
          <w:p w14:paraId="51F9FE06" w14:textId="77777777" w:rsidR="003D3B34" w:rsidRDefault="0084141D" w:rsidP="00C13262">
            <w:pPr>
              <w:spacing w:after="0"/>
              <w:jc w:val="center"/>
              <w:rPr>
                <w:b/>
                <w:sz w:val="28"/>
                <w:szCs w:val="28"/>
              </w:rPr>
            </w:pPr>
            <w:r w:rsidRPr="00C13262">
              <w:rPr>
                <w:b/>
                <w:sz w:val="28"/>
                <w:szCs w:val="28"/>
              </w:rPr>
              <w:t>Sĩ số</w:t>
            </w:r>
          </w:p>
          <w:p w14:paraId="535236CC" w14:textId="3E11F53D" w:rsidR="00D510AE" w:rsidRPr="00C13262" w:rsidRDefault="0084141D" w:rsidP="00C13262">
            <w:pPr>
              <w:spacing w:after="0"/>
              <w:jc w:val="center"/>
              <w:rPr>
                <w:sz w:val="28"/>
                <w:szCs w:val="28"/>
              </w:rPr>
            </w:pPr>
            <w:r w:rsidRPr="00C13262">
              <w:rPr>
                <w:b/>
                <w:sz w:val="28"/>
                <w:szCs w:val="28"/>
              </w:rPr>
              <w:t xml:space="preserve"> dự kiến</w:t>
            </w:r>
          </w:p>
        </w:tc>
        <w:tc>
          <w:tcPr>
            <w:tcW w:w="1274" w:type="dxa"/>
            <w:shd w:val="clear" w:color="auto" w:fill="auto"/>
            <w:tcMar>
              <w:top w:w="45" w:type="dxa"/>
              <w:left w:w="45" w:type="dxa"/>
              <w:bottom w:w="45" w:type="dxa"/>
              <w:right w:w="45" w:type="dxa"/>
            </w:tcMar>
            <w:vAlign w:val="center"/>
          </w:tcPr>
          <w:p w14:paraId="140D14E4" w14:textId="77777777" w:rsidR="00D510AE" w:rsidRPr="00C13262" w:rsidRDefault="0084141D" w:rsidP="00C13262">
            <w:pPr>
              <w:spacing w:after="0"/>
              <w:jc w:val="center"/>
              <w:rPr>
                <w:sz w:val="28"/>
                <w:szCs w:val="28"/>
              </w:rPr>
            </w:pPr>
            <w:r w:rsidRPr="00C13262">
              <w:rPr>
                <w:b/>
                <w:sz w:val="28"/>
                <w:szCs w:val="28"/>
              </w:rPr>
              <w:t>Thứ tự</w:t>
            </w:r>
            <w:r w:rsidRPr="00C13262">
              <w:rPr>
                <w:b/>
                <w:sz w:val="28"/>
                <w:szCs w:val="28"/>
              </w:rPr>
              <w:br/>
              <w:t>nguyện vọng</w:t>
            </w:r>
          </w:p>
        </w:tc>
      </w:tr>
      <w:tr w:rsidR="00D510AE" w:rsidRPr="00C13262" w14:paraId="38849A1D" w14:textId="77777777" w:rsidTr="003D3B34">
        <w:trPr>
          <w:cantSplit/>
          <w:jc w:val="center"/>
        </w:trPr>
        <w:tc>
          <w:tcPr>
            <w:tcW w:w="964" w:type="dxa"/>
            <w:tcMar>
              <w:top w:w="55" w:type="dxa"/>
              <w:left w:w="55" w:type="dxa"/>
              <w:bottom w:w="55" w:type="dxa"/>
              <w:right w:w="55" w:type="dxa"/>
            </w:tcMar>
            <w:vAlign w:val="center"/>
          </w:tcPr>
          <w:p w14:paraId="43DF27B4" w14:textId="77777777" w:rsidR="00D510AE" w:rsidRPr="00C13262" w:rsidRDefault="0084141D" w:rsidP="00C13262">
            <w:pPr>
              <w:spacing w:after="0"/>
              <w:jc w:val="center"/>
              <w:rPr>
                <w:sz w:val="28"/>
                <w:szCs w:val="28"/>
              </w:rPr>
            </w:pPr>
            <w:r w:rsidRPr="00C13262">
              <w:rPr>
                <w:sz w:val="28"/>
                <w:szCs w:val="28"/>
              </w:rPr>
              <w:t>1</w:t>
            </w:r>
          </w:p>
        </w:tc>
        <w:tc>
          <w:tcPr>
            <w:tcW w:w="4990" w:type="dxa"/>
            <w:tcMar>
              <w:top w:w="55" w:type="dxa"/>
              <w:left w:w="55" w:type="dxa"/>
              <w:bottom w:w="55" w:type="dxa"/>
              <w:right w:w="55" w:type="dxa"/>
            </w:tcMar>
            <w:vAlign w:val="center"/>
          </w:tcPr>
          <w:p w14:paraId="630302F3" w14:textId="77777777" w:rsidR="00D510AE" w:rsidRPr="00C13262" w:rsidRDefault="0084141D" w:rsidP="00C13262">
            <w:pPr>
              <w:spacing w:after="0"/>
              <w:jc w:val="both"/>
              <w:rPr>
                <w:sz w:val="28"/>
                <w:szCs w:val="28"/>
              </w:rPr>
            </w:pPr>
            <w:r w:rsidRPr="00C13262">
              <w:rPr>
                <w:sz w:val="28"/>
                <w:szCs w:val="28"/>
              </w:rPr>
              <w:t>Vật lí, Hóa học, Sinh học, Tin học</w:t>
            </w:r>
          </w:p>
        </w:tc>
        <w:tc>
          <w:tcPr>
            <w:tcW w:w="992" w:type="dxa"/>
            <w:tcMar>
              <w:top w:w="55" w:type="dxa"/>
              <w:left w:w="55" w:type="dxa"/>
              <w:bottom w:w="55" w:type="dxa"/>
              <w:right w:w="55" w:type="dxa"/>
            </w:tcMar>
            <w:vAlign w:val="center"/>
          </w:tcPr>
          <w:p w14:paraId="059506F6" w14:textId="77777777" w:rsidR="00D510AE" w:rsidRPr="00C13262" w:rsidRDefault="0084141D" w:rsidP="00C13262">
            <w:pPr>
              <w:spacing w:after="0"/>
              <w:jc w:val="center"/>
              <w:rPr>
                <w:sz w:val="28"/>
                <w:szCs w:val="28"/>
              </w:rPr>
            </w:pPr>
            <w:r w:rsidRPr="00C13262">
              <w:rPr>
                <w:sz w:val="28"/>
                <w:szCs w:val="28"/>
              </w:rPr>
              <w:t>03</w:t>
            </w:r>
          </w:p>
        </w:tc>
        <w:tc>
          <w:tcPr>
            <w:tcW w:w="1134" w:type="dxa"/>
            <w:tcMar>
              <w:top w:w="55" w:type="dxa"/>
              <w:left w:w="55" w:type="dxa"/>
              <w:bottom w:w="55" w:type="dxa"/>
              <w:right w:w="55" w:type="dxa"/>
            </w:tcMar>
            <w:vAlign w:val="center"/>
          </w:tcPr>
          <w:p w14:paraId="4138C74F" w14:textId="77777777" w:rsidR="00D510AE" w:rsidRPr="00C13262" w:rsidRDefault="0084141D" w:rsidP="00C13262">
            <w:pPr>
              <w:spacing w:after="0"/>
              <w:jc w:val="center"/>
              <w:rPr>
                <w:sz w:val="28"/>
                <w:szCs w:val="28"/>
              </w:rPr>
            </w:pPr>
            <w:r w:rsidRPr="00C13262">
              <w:rPr>
                <w:sz w:val="28"/>
                <w:szCs w:val="28"/>
              </w:rPr>
              <w:t>135</w:t>
            </w:r>
          </w:p>
        </w:tc>
        <w:tc>
          <w:tcPr>
            <w:tcW w:w="1274" w:type="dxa"/>
            <w:tcMar>
              <w:top w:w="55" w:type="dxa"/>
              <w:left w:w="55" w:type="dxa"/>
              <w:bottom w:w="55" w:type="dxa"/>
              <w:right w:w="55" w:type="dxa"/>
            </w:tcMar>
            <w:vAlign w:val="center"/>
          </w:tcPr>
          <w:p w14:paraId="3A430787" w14:textId="77777777" w:rsidR="00D510AE" w:rsidRPr="00C13262" w:rsidRDefault="0084141D" w:rsidP="00C13262">
            <w:pPr>
              <w:spacing w:after="0"/>
              <w:jc w:val="center"/>
              <w:rPr>
                <w:sz w:val="28"/>
                <w:szCs w:val="28"/>
              </w:rPr>
            </w:pPr>
            <w:r w:rsidRPr="00C13262">
              <w:rPr>
                <w:sz w:val="28"/>
                <w:szCs w:val="28"/>
              </w:rPr>
              <w:br/>
            </w:r>
            <w:r w:rsidRPr="00C13262">
              <w:rPr>
                <w:sz w:val="28"/>
                <w:szCs w:val="28"/>
              </w:rPr>
              <w:br/>
            </w:r>
          </w:p>
        </w:tc>
      </w:tr>
      <w:tr w:rsidR="00D510AE" w:rsidRPr="00C13262" w14:paraId="15E0392B" w14:textId="77777777" w:rsidTr="003D3B34">
        <w:trPr>
          <w:cantSplit/>
          <w:jc w:val="center"/>
        </w:trPr>
        <w:tc>
          <w:tcPr>
            <w:tcW w:w="964" w:type="dxa"/>
            <w:tcMar>
              <w:top w:w="55" w:type="dxa"/>
              <w:left w:w="55" w:type="dxa"/>
              <w:bottom w:w="55" w:type="dxa"/>
              <w:right w:w="55" w:type="dxa"/>
            </w:tcMar>
            <w:vAlign w:val="center"/>
          </w:tcPr>
          <w:p w14:paraId="52191CBB" w14:textId="77777777" w:rsidR="00D510AE" w:rsidRPr="00C13262" w:rsidRDefault="0084141D" w:rsidP="00C13262">
            <w:pPr>
              <w:spacing w:after="0"/>
              <w:jc w:val="center"/>
              <w:rPr>
                <w:sz w:val="28"/>
                <w:szCs w:val="28"/>
              </w:rPr>
            </w:pPr>
            <w:r w:rsidRPr="00C13262">
              <w:rPr>
                <w:sz w:val="28"/>
                <w:szCs w:val="28"/>
              </w:rPr>
              <w:lastRenderedPageBreak/>
              <w:t>2</w:t>
            </w:r>
          </w:p>
        </w:tc>
        <w:tc>
          <w:tcPr>
            <w:tcW w:w="4990" w:type="dxa"/>
            <w:tcMar>
              <w:top w:w="55" w:type="dxa"/>
              <w:left w:w="55" w:type="dxa"/>
              <w:bottom w:w="55" w:type="dxa"/>
              <w:right w:w="55" w:type="dxa"/>
            </w:tcMar>
            <w:vAlign w:val="center"/>
          </w:tcPr>
          <w:p w14:paraId="287015BD" w14:textId="77777777" w:rsidR="00D510AE" w:rsidRPr="00C13262" w:rsidRDefault="0084141D" w:rsidP="00C13262">
            <w:pPr>
              <w:spacing w:after="0"/>
              <w:jc w:val="both"/>
              <w:rPr>
                <w:sz w:val="28"/>
                <w:szCs w:val="28"/>
              </w:rPr>
            </w:pPr>
            <w:r w:rsidRPr="00C13262">
              <w:rPr>
                <w:sz w:val="28"/>
                <w:szCs w:val="28"/>
              </w:rPr>
              <w:t>Sinh học, Địa lí, Công nghệ (Công nghệ trồng trọt), Âm nhạc</w:t>
            </w:r>
          </w:p>
        </w:tc>
        <w:tc>
          <w:tcPr>
            <w:tcW w:w="992" w:type="dxa"/>
            <w:tcMar>
              <w:top w:w="55" w:type="dxa"/>
              <w:left w:w="55" w:type="dxa"/>
              <w:bottom w:w="55" w:type="dxa"/>
              <w:right w:w="55" w:type="dxa"/>
            </w:tcMar>
            <w:vAlign w:val="center"/>
          </w:tcPr>
          <w:p w14:paraId="6EFECB66" w14:textId="77777777" w:rsidR="00D510AE" w:rsidRPr="00C13262" w:rsidRDefault="0084141D" w:rsidP="00C13262">
            <w:pPr>
              <w:spacing w:after="0"/>
              <w:jc w:val="center"/>
              <w:rPr>
                <w:sz w:val="28"/>
                <w:szCs w:val="28"/>
              </w:rPr>
            </w:pPr>
            <w:r w:rsidRPr="00C13262">
              <w:rPr>
                <w:sz w:val="28"/>
                <w:szCs w:val="28"/>
              </w:rPr>
              <w:t>02</w:t>
            </w:r>
          </w:p>
        </w:tc>
        <w:tc>
          <w:tcPr>
            <w:tcW w:w="1134" w:type="dxa"/>
            <w:tcMar>
              <w:top w:w="55" w:type="dxa"/>
              <w:left w:w="55" w:type="dxa"/>
              <w:bottom w:w="55" w:type="dxa"/>
              <w:right w:w="55" w:type="dxa"/>
            </w:tcMar>
            <w:vAlign w:val="center"/>
          </w:tcPr>
          <w:p w14:paraId="3FCDFCCB" w14:textId="77777777" w:rsidR="00D510AE" w:rsidRPr="00C13262" w:rsidRDefault="0084141D" w:rsidP="00C13262">
            <w:pPr>
              <w:spacing w:after="0"/>
              <w:jc w:val="center"/>
              <w:rPr>
                <w:sz w:val="28"/>
                <w:szCs w:val="28"/>
              </w:rPr>
            </w:pPr>
            <w:r w:rsidRPr="00C13262">
              <w:rPr>
                <w:sz w:val="28"/>
                <w:szCs w:val="28"/>
              </w:rPr>
              <w:t>90</w:t>
            </w:r>
          </w:p>
        </w:tc>
        <w:tc>
          <w:tcPr>
            <w:tcW w:w="1274" w:type="dxa"/>
            <w:tcMar>
              <w:top w:w="55" w:type="dxa"/>
              <w:left w:w="55" w:type="dxa"/>
              <w:bottom w:w="55" w:type="dxa"/>
              <w:right w:w="55" w:type="dxa"/>
            </w:tcMar>
            <w:vAlign w:val="center"/>
          </w:tcPr>
          <w:p w14:paraId="5C67D195" w14:textId="77777777" w:rsidR="00D510AE" w:rsidRPr="00C13262" w:rsidRDefault="0084141D" w:rsidP="00C13262">
            <w:pPr>
              <w:spacing w:after="0"/>
              <w:jc w:val="center"/>
              <w:rPr>
                <w:sz w:val="28"/>
                <w:szCs w:val="28"/>
              </w:rPr>
            </w:pPr>
            <w:r w:rsidRPr="00C13262">
              <w:rPr>
                <w:sz w:val="28"/>
                <w:szCs w:val="28"/>
              </w:rPr>
              <w:br/>
            </w:r>
            <w:r w:rsidRPr="00C13262">
              <w:rPr>
                <w:sz w:val="28"/>
                <w:szCs w:val="28"/>
              </w:rPr>
              <w:br/>
            </w:r>
          </w:p>
        </w:tc>
      </w:tr>
      <w:tr w:rsidR="00D510AE" w:rsidRPr="00C13262" w14:paraId="4921A8B6" w14:textId="77777777" w:rsidTr="003D3B34">
        <w:trPr>
          <w:cantSplit/>
          <w:jc w:val="center"/>
        </w:trPr>
        <w:tc>
          <w:tcPr>
            <w:tcW w:w="964" w:type="dxa"/>
            <w:tcMar>
              <w:top w:w="55" w:type="dxa"/>
              <w:left w:w="55" w:type="dxa"/>
              <w:bottom w:w="55" w:type="dxa"/>
              <w:right w:w="55" w:type="dxa"/>
            </w:tcMar>
            <w:vAlign w:val="center"/>
          </w:tcPr>
          <w:p w14:paraId="55FDD9A5" w14:textId="77777777" w:rsidR="00D510AE" w:rsidRPr="00C13262" w:rsidRDefault="0084141D" w:rsidP="00C13262">
            <w:pPr>
              <w:spacing w:after="0"/>
              <w:jc w:val="center"/>
              <w:rPr>
                <w:sz w:val="28"/>
                <w:szCs w:val="28"/>
              </w:rPr>
            </w:pPr>
            <w:r w:rsidRPr="00C13262">
              <w:rPr>
                <w:sz w:val="28"/>
                <w:szCs w:val="28"/>
              </w:rPr>
              <w:t>3</w:t>
            </w:r>
          </w:p>
        </w:tc>
        <w:tc>
          <w:tcPr>
            <w:tcW w:w="4990" w:type="dxa"/>
            <w:tcMar>
              <w:top w:w="55" w:type="dxa"/>
              <w:left w:w="55" w:type="dxa"/>
              <w:bottom w:w="55" w:type="dxa"/>
              <w:right w:w="55" w:type="dxa"/>
            </w:tcMar>
            <w:vAlign w:val="center"/>
          </w:tcPr>
          <w:p w14:paraId="06938389" w14:textId="77777777" w:rsidR="00D510AE" w:rsidRPr="00C13262" w:rsidRDefault="0084141D" w:rsidP="00C13262">
            <w:pPr>
              <w:spacing w:after="0"/>
              <w:jc w:val="both"/>
              <w:rPr>
                <w:sz w:val="28"/>
                <w:szCs w:val="28"/>
              </w:rPr>
            </w:pPr>
            <w:r w:rsidRPr="00C13262">
              <w:rPr>
                <w:sz w:val="28"/>
                <w:szCs w:val="28"/>
              </w:rPr>
              <w:t>Vật lí, Tin học, Giáo dục kinh tế và pháp luật, Công nghệ (Thiết kế và công nghệ)</w:t>
            </w:r>
          </w:p>
        </w:tc>
        <w:tc>
          <w:tcPr>
            <w:tcW w:w="992" w:type="dxa"/>
            <w:tcMar>
              <w:top w:w="55" w:type="dxa"/>
              <w:left w:w="55" w:type="dxa"/>
              <w:bottom w:w="55" w:type="dxa"/>
              <w:right w:w="55" w:type="dxa"/>
            </w:tcMar>
            <w:vAlign w:val="center"/>
          </w:tcPr>
          <w:p w14:paraId="6429C428" w14:textId="77777777" w:rsidR="00D510AE" w:rsidRPr="00C13262" w:rsidRDefault="0084141D" w:rsidP="00C13262">
            <w:pPr>
              <w:spacing w:after="0"/>
              <w:jc w:val="center"/>
              <w:rPr>
                <w:sz w:val="28"/>
                <w:szCs w:val="28"/>
              </w:rPr>
            </w:pPr>
            <w:r w:rsidRPr="00C13262">
              <w:rPr>
                <w:sz w:val="28"/>
                <w:szCs w:val="28"/>
              </w:rPr>
              <w:t>01</w:t>
            </w:r>
          </w:p>
        </w:tc>
        <w:tc>
          <w:tcPr>
            <w:tcW w:w="1134" w:type="dxa"/>
            <w:tcMar>
              <w:top w:w="55" w:type="dxa"/>
              <w:left w:w="55" w:type="dxa"/>
              <w:bottom w:w="55" w:type="dxa"/>
              <w:right w:w="55" w:type="dxa"/>
            </w:tcMar>
            <w:vAlign w:val="center"/>
          </w:tcPr>
          <w:p w14:paraId="315724DF" w14:textId="77777777" w:rsidR="00D510AE" w:rsidRPr="00C13262" w:rsidRDefault="0084141D" w:rsidP="00C13262">
            <w:pPr>
              <w:spacing w:after="0"/>
              <w:jc w:val="center"/>
              <w:rPr>
                <w:sz w:val="28"/>
                <w:szCs w:val="28"/>
              </w:rPr>
            </w:pPr>
            <w:r w:rsidRPr="00C13262">
              <w:rPr>
                <w:sz w:val="28"/>
                <w:szCs w:val="28"/>
              </w:rPr>
              <w:t>45</w:t>
            </w:r>
          </w:p>
        </w:tc>
        <w:tc>
          <w:tcPr>
            <w:tcW w:w="1274" w:type="dxa"/>
            <w:tcMar>
              <w:top w:w="55" w:type="dxa"/>
              <w:left w:w="55" w:type="dxa"/>
              <w:bottom w:w="55" w:type="dxa"/>
              <w:right w:w="55" w:type="dxa"/>
            </w:tcMar>
            <w:vAlign w:val="center"/>
          </w:tcPr>
          <w:p w14:paraId="772E5FE4" w14:textId="77777777" w:rsidR="00D510AE" w:rsidRPr="00C13262" w:rsidRDefault="0084141D" w:rsidP="00C13262">
            <w:pPr>
              <w:spacing w:after="0"/>
              <w:jc w:val="center"/>
              <w:rPr>
                <w:sz w:val="28"/>
                <w:szCs w:val="28"/>
              </w:rPr>
            </w:pPr>
            <w:r w:rsidRPr="00C13262">
              <w:rPr>
                <w:sz w:val="28"/>
                <w:szCs w:val="28"/>
              </w:rPr>
              <w:br/>
            </w:r>
            <w:r w:rsidRPr="00C13262">
              <w:rPr>
                <w:sz w:val="28"/>
                <w:szCs w:val="28"/>
              </w:rPr>
              <w:br/>
            </w:r>
          </w:p>
        </w:tc>
      </w:tr>
      <w:tr w:rsidR="00D510AE" w:rsidRPr="00C13262" w14:paraId="54EA3C0F" w14:textId="77777777" w:rsidTr="003D3B34">
        <w:trPr>
          <w:cantSplit/>
          <w:jc w:val="center"/>
        </w:trPr>
        <w:tc>
          <w:tcPr>
            <w:tcW w:w="964" w:type="dxa"/>
            <w:tcMar>
              <w:top w:w="55" w:type="dxa"/>
              <w:left w:w="55" w:type="dxa"/>
              <w:bottom w:w="55" w:type="dxa"/>
              <w:right w:w="55" w:type="dxa"/>
            </w:tcMar>
            <w:vAlign w:val="center"/>
          </w:tcPr>
          <w:p w14:paraId="2B5223C3" w14:textId="77777777" w:rsidR="00D510AE" w:rsidRPr="00C13262" w:rsidRDefault="0084141D" w:rsidP="00C13262">
            <w:pPr>
              <w:spacing w:after="0"/>
              <w:jc w:val="center"/>
              <w:rPr>
                <w:sz w:val="28"/>
                <w:szCs w:val="28"/>
              </w:rPr>
            </w:pPr>
            <w:r w:rsidRPr="00C13262">
              <w:rPr>
                <w:sz w:val="28"/>
                <w:szCs w:val="28"/>
              </w:rPr>
              <w:t>4</w:t>
            </w:r>
          </w:p>
        </w:tc>
        <w:tc>
          <w:tcPr>
            <w:tcW w:w="4990" w:type="dxa"/>
            <w:tcMar>
              <w:top w:w="55" w:type="dxa"/>
              <w:left w:w="55" w:type="dxa"/>
              <w:bottom w:w="55" w:type="dxa"/>
              <w:right w:w="55" w:type="dxa"/>
            </w:tcMar>
            <w:vAlign w:val="center"/>
          </w:tcPr>
          <w:p w14:paraId="0932BAEC" w14:textId="77777777" w:rsidR="00D510AE" w:rsidRPr="00C13262" w:rsidRDefault="0084141D" w:rsidP="00C13262">
            <w:pPr>
              <w:spacing w:after="0"/>
              <w:jc w:val="both"/>
              <w:rPr>
                <w:sz w:val="28"/>
                <w:szCs w:val="28"/>
              </w:rPr>
            </w:pPr>
            <w:r w:rsidRPr="00C13262">
              <w:rPr>
                <w:sz w:val="28"/>
                <w:szCs w:val="28"/>
              </w:rPr>
              <w:t>Vật lí, Tin học, Giáo dục kinh tế và pháp luật, Âm nhạc</w:t>
            </w:r>
          </w:p>
        </w:tc>
        <w:tc>
          <w:tcPr>
            <w:tcW w:w="992" w:type="dxa"/>
            <w:tcMar>
              <w:top w:w="55" w:type="dxa"/>
              <w:left w:w="55" w:type="dxa"/>
              <w:bottom w:w="55" w:type="dxa"/>
              <w:right w:w="55" w:type="dxa"/>
            </w:tcMar>
            <w:vAlign w:val="center"/>
          </w:tcPr>
          <w:p w14:paraId="7A39A35B" w14:textId="77777777" w:rsidR="00D510AE" w:rsidRPr="00C13262" w:rsidRDefault="0084141D" w:rsidP="00C13262">
            <w:pPr>
              <w:spacing w:after="0"/>
              <w:jc w:val="center"/>
              <w:rPr>
                <w:sz w:val="28"/>
                <w:szCs w:val="28"/>
              </w:rPr>
            </w:pPr>
            <w:r w:rsidRPr="00C13262">
              <w:rPr>
                <w:sz w:val="28"/>
                <w:szCs w:val="28"/>
              </w:rPr>
              <w:t>01</w:t>
            </w:r>
          </w:p>
        </w:tc>
        <w:tc>
          <w:tcPr>
            <w:tcW w:w="1134" w:type="dxa"/>
            <w:tcMar>
              <w:top w:w="55" w:type="dxa"/>
              <w:left w:w="55" w:type="dxa"/>
              <w:bottom w:w="55" w:type="dxa"/>
              <w:right w:w="55" w:type="dxa"/>
            </w:tcMar>
            <w:vAlign w:val="center"/>
          </w:tcPr>
          <w:p w14:paraId="103CE009" w14:textId="77777777" w:rsidR="00D510AE" w:rsidRPr="00C13262" w:rsidRDefault="0084141D" w:rsidP="00C13262">
            <w:pPr>
              <w:spacing w:after="0"/>
              <w:jc w:val="center"/>
              <w:rPr>
                <w:sz w:val="28"/>
                <w:szCs w:val="28"/>
              </w:rPr>
            </w:pPr>
            <w:r w:rsidRPr="00C13262">
              <w:rPr>
                <w:sz w:val="28"/>
                <w:szCs w:val="28"/>
              </w:rPr>
              <w:t>45</w:t>
            </w:r>
          </w:p>
        </w:tc>
        <w:tc>
          <w:tcPr>
            <w:tcW w:w="1274" w:type="dxa"/>
            <w:tcMar>
              <w:top w:w="55" w:type="dxa"/>
              <w:left w:w="55" w:type="dxa"/>
              <w:bottom w:w="55" w:type="dxa"/>
              <w:right w:w="55" w:type="dxa"/>
            </w:tcMar>
            <w:vAlign w:val="center"/>
          </w:tcPr>
          <w:p w14:paraId="0A6B640F" w14:textId="77777777" w:rsidR="00D510AE" w:rsidRPr="00C13262" w:rsidRDefault="0084141D" w:rsidP="00C13262">
            <w:pPr>
              <w:spacing w:after="0"/>
              <w:jc w:val="center"/>
              <w:rPr>
                <w:sz w:val="28"/>
                <w:szCs w:val="28"/>
              </w:rPr>
            </w:pPr>
            <w:r w:rsidRPr="00C13262">
              <w:rPr>
                <w:sz w:val="28"/>
                <w:szCs w:val="28"/>
              </w:rPr>
              <w:br/>
            </w:r>
            <w:r w:rsidRPr="00C13262">
              <w:rPr>
                <w:sz w:val="28"/>
                <w:szCs w:val="28"/>
              </w:rPr>
              <w:br/>
            </w:r>
          </w:p>
        </w:tc>
      </w:tr>
      <w:tr w:rsidR="00D510AE" w:rsidRPr="00C13262" w14:paraId="4EB4AEFF" w14:textId="77777777" w:rsidTr="003D3B34">
        <w:trPr>
          <w:cantSplit/>
          <w:jc w:val="center"/>
        </w:trPr>
        <w:tc>
          <w:tcPr>
            <w:tcW w:w="964" w:type="dxa"/>
            <w:tcMar>
              <w:top w:w="55" w:type="dxa"/>
              <w:left w:w="55" w:type="dxa"/>
              <w:bottom w:w="55" w:type="dxa"/>
              <w:right w:w="55" w:type="dxa"/>
            </w:tcMar>
            <w:vAlign w:val="center"/>
          </w:tcPr>
          <w:p w14:paraId="390EF686" w14:textId="77777777" w:rsidR="00D510AE" w:rsidRPr="00C13262" w:rsidRDefault="0084141D" w:rsidP="00C13262">
            <w:pPr>
              <w:spacing w:after="0"/>
              <w:jc w:val="center"/>
              <w:rPr>
                <w:sz w:val="28"/>
                <w:szCs w:val="28"/>
              </w:rPr>
            </w:pPr>
            <w:r w:rsidRPr="00C13262">
              <w:rPr>
                <w:sz w:val="28"/>
                <w:szCs w:val="28"/>
              </w:rPr>
              <w:t>5</w:t>
            </w:r>
          </w:p>
        </w:tc>
        <w:tc>
          <w:tcPr>
            <w:tcW w:w="4990" w:type="dxa"/>
            <w:tcMar>
              <w:top w:w="55" w:type="dxa"/>
              <w:left w:w="55" w:type="dxa"/>
              <w:bottom w:w="55" w:type="dxa"/>
              <w:right w:w="55" w:type="dxa"/>
            </w:tcMar>
            <w:vAlign w:val="center"/>
          </w:tcPr>
          <w:p w14:paraId="0E143BD0" w14:textId="77777777" w:rsidR="00D510AE" w:rsidRPr="00C13262" w:rsidRDefault="0084141D" w:rsidP="00C13262">
            <w:pPr>
              <w:spacing w:after="0"/>
              <w:jc w:val="both"/>
              <w:rPr>
                <w:sz w:val="28"/>
                <w:szCs w:val="28"/>
              </w:rPr>
            </w:pPr>
            <w:r w:rsidRPr="00C13262">
              <w:rPr>
                <w:sz w:val="28"/>
                <w:szCs w:val="28"/>
              </w:rPr>
              <w:t>Vật lí, Địa lí, Giáo dục kinh tế và pháp luật, Công nghệ (Công nghệ trồng trọt)</w:t>
            </w:r>
          </w:p>
        </w:tc>
        <w:tc>
          <w:tcPr>
            <w:tcW w:w="992" w:type="dxa"/>
            <w:tcMar>
              <w:top w:w="55" w:type="dxa"/>
              <w:left w:w="55" w:type="dxa"/>
              <w:bottom w:w="55" w:type="dxa"/>
              <w:right w:w="55" w:type="dxa"/>
            </w:tcMar>
            <w:vAlign w:val="center"/>
          </w:tcPr>
          <w:p w14:paraId="394758D4" w14:textId="77777777" w:rsidR="00D510AE" w:rsidRPr="00C13262" w:rsidRDefault="0084141D" w:rsidP="00C13262">
            <w:pPr>
              <w:spacing w:after="0"/>
              <w:jc w:val="center"/>
              <w:rPr>
                <w:sz w:val="28"/>
                <w:szCs w:val="28"/>
              </w:rPr>
            </w:pPr>
            <w:r w:rsidRPr="00C13262">
              <w:rPr>
                <w:sz w:val="28"/>
                <w:szCs w:val="28"/>
              </w:rPr>
              <w:t>01</w:t>
            </w:r>
          </w:p>
        </w:tc>
        <w:tc>
          <w:tcPr>
            <w:tcW w:w="1134" w:type="dxa"/>
            <w:tcMar>
              <w:top w:w="55" w:type="dxa"/>
              <w:left w:w="55" w:type="dxa"/>
              <w:bottom w:w="55" w:type="dxa"/>
              <w:right w:w="55" w:type="dxa"/>
            </w:tcMar>
            <w:vAlign w:val="center"/>
          </w:tcPr>
          <w:p w14:paraId="012794B0" w14:textId="77777777" w:rsidR="00D510AE" w:rsidRPr="00C13262" w:rsidRDefault="0084141D" w:rsidP="00C13262">
            <w:pPr>
              <w:spacing w:after="0"/>
              <w:jc w:val="center"/>
              <w:rPr>
                <w:sz w:val="28"/>
                <w:szCs w:val="28"/>
              </w:rPr>
            </w:pPr>
            <w:r w:rsidRPr="00C13262">
              <w:rPr>
                <w:sz w:val="28"/>
                <w:szCs w:val="28"/>
              </w:rPr>
              <w:t>45</w:t>
            </w:r>
          </w:p>
        </w:tc>
        <w:tc>
          <w:tcPr>
            <w:tcW w:w="1274" w:type="dxa"/>
            <w:tcMar>
              <w:top w:w="55" w:type="dxa"/>
              <w:left w:w="55" w:type="dxa"/>
              <w:bottom w:w="55" w:type="dxa"/>
              <w:right w:w="55" w:type="dxa"/>
            </w:tcMar>
            <w:vAlign w:val="center"/>
          </w:tcPr>
          <w:p w14:paraId="667FC4FB" w14:textId="77777777" w:rsidR="00D510AE" w:rsidRPr="00C13262" w:rsidRDefault="0084141D" w:rsidP="00C13262">
            <w:pPr>
              <w:spacing w:after="0"/>
              <w:jc w:val="center"/>
              <w:rPr>
                <w:sz w:val="28"/>
                <w:szCs w:val="28"/>
              </w:rPr>
            </w:pPr>
            <w:r w:rsidRPr="00C13262">
              <w:rPr>
                <w:sz w:val="28"/>
                <w:szCs w:val="28"/>
              </w:rPr>
              <w:br/>
            </w:r>
            <w:r w:rsidRPr="00C13262">
              <w:rPr>
                <w:sz w:val="28"/>
                <w:szCs w:val="28"/>
              </w:rPr>
              <w:br/>
            </w:r>
          </w:p>
        </w:tc>
      </w:tr>
      <w:tr w:rsidR="00D510AE" w:rsidRPr="00C13262" w14:paraId="08F460B5" w14:textId="77777777" w:rsidTr="003D3B34">
        <w:trPr>
          <w:cantSplit/>
          <w:trHeight w:val="748"/>
          <w:jc w:val="center"/>
        </w:trPr>
        <w:tc>
          <w:tcPr>
            <w:tcW w:w="964" w:type="dxa"/>
            <w:tcMar>
              <w:top w:w="55" w:type="dxa"/>
              <w:left w:w="55" w:type="dxa"/>
              <w:bottom w:w="55" w:type="dxa"/>
              <w:right w:w="55" w:type="dxa"/>
            </w:tcMar>
            <w:vAlign w:val="center"/>
          </w:tcPr>
          <w:p w14:paraId="04AA3B77" w14:textId="77777777" w:rsidR="00D510AE" w:rsidRPr="00C13262" w:rsidRDefault="0084141D" w:rsidP="00C13262">
            <w:pPr>
              <w:spacing w:after="0"/>
              <w:jc w:val="center"/>
              <w:rPr>
                <w:sz w:val="28"/>
                <w:szCs w:val="28"/>
              </w:rPr>
            </w:pPr>
            <w:r w:rsidRPr="00C13262">
              <w:rPr>
                <w:sz w:val="28"/>
                <w:szCs w:val="28"/>
              </w:rPr>
              <w:t>6</w:t>
            </w:r>
          </w:p>
        </w:tc>
        <w:tc>
          <w:tcPr>
            <w:tcW w:w="4990" w:type="dxa"/>
            <w:tcMar>
              <w:top w:w="55" w:type="dxa"/>
              <w:left w:w="55" w:type="dxa"/>
              <w:bottom w:w="55" w:type="dxa"/>
              <w:right w:w="55" w:type="dxa"/>
            </w:tcMar>
            <w:vAlign w:val="center"/>
          </w:tcPr>
          <w:p w14:paraId="11B7FB02" w14:textId="77777777" w:rsidR="00D510AE" w:rsidRPr="00C13262" w:rsidRDefault="0084141D" w:rsidP="00C13262">
            <w:pPr>
              <w:spacing w:after="0"/>
              <w:jc w:val="both"/>
              <w:rPr>
                <w:sz w:val="28"/>
                <w:szCs w:val="28"/>
              </w:rPr>
            </w:pPr>
            <w:r w:rsidRPr="00C13262">
              <w:rPr>
                <w:sz w:val="28"/>
                <w:szCs w:val="28"/>
              </w:rPr>
              <w:t>Địa lí, Giáo dục kinh tế và pháp luật, Công nghệ (Công nghệ trồng trọt), Âm nhạc</w:t>
            </w:r>
          </w:p>
        </w:tc>
        <w:tc>
          <w:tcPr>
            <w:tcW w:w="992" w:type="dxa"/>
            <w:tcMar>
              <w:top w:w="55" w:type="dxa"/>
              <w:left w:w="55" w:type="dxa"/>
              <w:bottom w:w="55" w:type="dxa"/>
              <w:right w:w="55" w:type="dxa"/>
            </w:tcMar>
            <w:vAlign w:val="center"/>
          </w:tcPr>
          <w:p w14:paraId="5A2526BC" w14:textId="77777777" w:rsidR="00D510AE" w:rsidRPr="00C13262" w:rsidRDefault="0084141D" w:rsidP="00C13262">
            <w:pPr>
              <w:spacing w:after="0"/>
              <w:jc w:val="center"/>
              <w:rPr>
                <w:sz w:val="28"/>
                <w:szCs w:val="28"/>
              </w:rPr>
            </w:pPr>
            <w:r w:rsidRPr="00C13262">
              <w:rPr>
                <w:sz w:val="28"/>
                <w:szCs w:val="28"/>
              </w:rPr>
              <w:t>01</w:t>
            </w:r>
          </w:p>
        </w:tc>
        <w:tc>
          <w:tcPr>
            <w:tcW w:w="1134" w:type="dxa"/>
            <w:tcMar>
              <w:top w:w="55" w:type="dxa"/>
              <w:left w:w="55" w:type="dxa"/>
              <w:bottom w:w="55" w:type="dxa"/>
              <w:right w:w="55" w:type="dxa"/>
            </w:tcMar>
            <w:vAlign w:val="center"/>
          </w:tcPr>
          <w:p w14:paraId="5E4BDE2D" w14:textId="77777777" w:rsidR="00D510AE" w:rsidRPr="00C13262" w:rsidRDefault="0084141D" w:rsidP="00C13262">
            <w:pPr>
              <w:spacing w:after="0"/>
              <w:jc w:val="center"/>
              <w:rPr>
                <w:sz w:val="28"/>
                <w:szCs w:val="28"/>
              </w:rPr>
            </w:pPr>
            <w:r w:rsidRPr="00C13262">
              <w:rPr>
                <w:sz w:val="28"/>
                <w:szCs w:val="28"/>
              </w:rPr>
              <w:t>45</w:t>
            </w:r>
          </w:p>
        </w:tc>
        <w:tc>
          <w:tcPr>
            <w:tcW w:w="1274" w:type="dxa"/>
            <w:tcMar>
              <w:top w:w="55" w:type="dxa"/>
              <w:left w:w="55" w:type="dxa"/>
              <w:bottom w:w="55" w:type="dxa"/>
              <w:right w:w="55" w:type="dxa"/>
            </w:tcMar>
            <w:vAlign w:val="center"/>
          </w:tcPr>
          <w:p w14:paraId="1F97430F" w14:textId="77777777" w:rsidR="00D510AE" w:rsidRPr="00C13262" w:rsidRDefault="0084141D" w:rsidP="00C13262">
            <w:pPr>
              <w:spacing w:after="0"/>
              <w:jc w:val="center"/>
              <w:rPr>
                <w:sz w:val="28"/>
                <w:szCs w:val="28"/>
              </w:rPr>
            </w:pPr>
            <w:r w:rsidRPr="00C13262">
              <w:rPr>
                <w:sz w:val="28"/>
                <w:szCs w:val="28"/>
              </w:rPr>
              <w:br/>
            </w:r>
            <w:r w:rsidRPr="00C13262">
              <w:rPr>
                <w:sz w:val="28"/>
                <w:szCs w:val="28"/>
              </w:rPr>
              <w:br/>
            </w:r>
          </w:p>
        </w:tc>
      </w:tr>
      <w:tr w:rsidR="00D510AE" w:rsidRPr="00C13262" w14:paraId="7483FF58" w14:textId="77777777" w:rsidTr="003D3B34">
        <w:trPr>
          <w:cantSplit/>
          <w:jc w:val="center"/>
        </w:trPr>
        <w:tc>
          <w:tcPr>
            <w:tcW w:w="964" w:type="dxa"/>
            <w:tcMar>
              <w:top w:w="55" w:type="dxa"/>
              <w:left w:w="55" w:type="dxa"/>
              <w:bottom w:w="55" w:type="dxa"/>
              <w:right w:w="55" w:type="dxa"/>
            </w:tcMar>
            <w:vAlign w:val="center"/>
          </w:tcPr>
          <w:p w14:paraId="222EB375" w14:textId="77777777" w:rsidR="00D510AE" w:rsidRPr="00C13262" w:rsidRDefault="0084141D" w:rsidP="00C13262">
            <w:pPr>
              <w:spacing w:after="0"/>
              <w:jc w:val="center"/>
              <w:rPr>
                <w:sz w:val="28"/>
                <w:szCs w:val="28"/>
              </w:rPr>
            </w:pPr>
            <w:r w:rsidRPr="00C13262">
              <w:rPr>
                <w:sz w:val="28"/>
                <w:szCs w:val="28"/>
              </w:rPr>
              <w:t>7</w:t>
            </w:r>
          </w:p>
        </w:tc>
        <w:tc>
          <w:tcPr>
            <w:tcW w:w="4990" w:type="dxa"/>
            <w:tcMar>
              <w:top w:w="55" w:type="dxa"/>
              <w:left w:w="55" w:type="dxa"/>
              <w:bottom w:w="55" w:type="dxa"/>
              <w:right w:w="55" w:type="dxa"/>
            </w:tcMar>
            <w:vAlign w:val="center"/>
          </w:tcPr>
          <w:p w14:paraId="74A74FB7" w14:textId="77777777" w:rsidR="00D510AE" w:rsidRPr="00C13262" w:rsidRDefault="0084141D" w:rsidP="00C13262">
            <w:pPr>
              <w:spacing w:after="0"/>
              <w:jc w:val="both"/>
              <w:rPr>
                <w:sz w:val="28"/>
                <w:szCs w:val="28"/>
              </w:rPr>
            </w:pPr>
            <w:r w:rsidRPr="00C13262">
              <w:rPr>
                <w:sz w:val="28"/>
                <w:szCs w:val="28"/>
              </w:rPr>
              <w:t>Hóa học, Giáo dục kinh tế và pháp luật, Công nghệ (Công nghệ trồng trọt), Âm nhạc</w:t>
            </w:r>
          </w:p>
        </w:tc>
        <w:tc>
          <w:tcPr>
            <w:tcW w:w="992" w:type="dxa"/>
            <w:tcMar>
              <w:top w:w="55" w:type="dxa"/>
              <w:left w:w="55" w:type="dxa"/>
              <w:bottom w:w="55" w:type="dxa"/>
              <w:right w:w="55" w:type="dxa"/>
            </w:tcMar>
            <w:vAlign w:val="center"/>
          </w:tcPr>
          <w:p w14:paraId="51AA12DF" w14:textId="77777777" w:rsidR="00D510AE" w:rsidRPr="00C13262" w:rsidRDefault="0084141D" w:rsidP="00C13262">
            <w:pPr>
              <w:spacing w:after="0"/>
              <w:jc w:val="center"/>
              <w:rPr>
                <w:sz w:val="28"/>
                <w:szCs w:val="28"/>
              </w:rPr>
            </w:pPr>
            <w:r w:rsidRPr="00C13262">
              <w:rPr>
                <w:sz w:val="28"/>
                <w:szCs w:val="28"/>
              </w:rPr>
              <w:t>01</w:t>
            </w:r>
          </w:p>
        </w:tc>
        <w:tc>
          <w:tcPr>
            <w:tcW w:w="1134" w:type="dxa"/>
            <w:tcMar>
              <w:top w:w="55" w:type="dxa"/>
              <w:left w:w="55" w:type="dxa"/>
              <w:bottom w:w="55" w:type="dxa"/>
              <w:right w:w="55" w:type="dxa"/>
            </w:tcMar>
            <w:vAlign w:val="center"/>
          </w:tcPr>
          <w:p w14:paraId="04A2C45D" w14:textId="77777777" w:rsidR="00D510AE" w:rsidRPr="00C13262" w:rsidRDefault="0084141D" w:rsidP="00C13262">
            <w:pPr>
              <w:spacing w:after="0"/>
              <w:jc w:val="center"/>
              <w:rPr>
                <w:sz w:val="28"/>
                <w:szCs w:val="28"/>
              </w:rPr>
            </w:pPr>
            <w:r w:rsidRPr="00C13262">
              <w:rPr>
                <w:sz w:val="28"/>
                <w:szCs w:val="28"/>
              </w:rPr>
              <w:t>45</w:t>
            </w:r>
          </w:p>
        </w:tc>
        <w:tc>
          <w:tcPr>
            <w:tcW w:w="1274" w:type="dxa"/>
            <w:tcMar>
              <w:top w:w="55" w:type="dxa"/>
              <w:left w:w="55" w:type="dxa"/>
              <w:bottom w:w="55" w:type="dxa"/>
              <w:right w:w="55" w:type="dxa"/>
            </w:tcMar>
            <w:vAlign w:val="center"/>
          </w:tcPr>
          <w:p w14:paraId="7353E4F8" w14:textId="77777777" w:rsidR="00D510AE" w:rsidRPr="00C13262" w:rsidRDefault="0084141D" w:rsidP="00C13262">
            <w:pPr>
              <w:spacing w:after="0"/>
              <w:jc w:val="center"/>
              <w:rPr>
                <w:sz w:val="28"/>
                <w:szCs w:val="28"/>
              </w:rPr>
            </w:pPr>
            <w:r w:rsidRPr="00C13262">
              <w:rPr>
                <w:sz w:val="28"/>
                <w:szCs w:val="28"/>
              </w:rPr>
              <w:br/>
            </w:r>
            <w:r w:rsidRPr="00C13262">
              <w:rPr>
                <w:sz w:val="28"/>
                <w:szCs w:val="28"/>
              </w:rPr>
              <w:br/>
            </w:r>
          </w:p>
        </w:tc>
      </w:tr>
    </w:tbl>
    <w:p w14:paraId="06E7B98D" w14:textId="77777777" w:rsidR="00D510AE" w:rsidRPr="00C13262" w:rsidRDefault="0084141D" w:rsidP="001263E7">
      <w:pPr>
        <w:spacing w:after="0" w:line="300" w:lineRule="auto"/>
        <w:ind w:firstLine="720"/>
        <w:jc w:val="both"/>
        <w:rPr>
          <w:sz w:val="28"/>
          <w:szCs w:val="28"/>
        </w:rPr>
      </w:pPr>
      <w:r w:rsidRPr="00C13262">
        <w:rPr>
          <w:b/>
          <w:sz w:val="28"/>
          <w:szCs w:val="28"/>
        </w:rPr>
        <w:t>Lưu ý:</w:t>
      </w:r>
    </w:p>
    <w:p w14:paraId="02C5FCF7" w14:textId="77777777" w:rsidR="00D510AE" w:rsidRPr="00C13262" w:rsidRDefault="0084141D" w:rsidP="001263E7">
      <w:pPr>
        <w:spacing w:after="0" w:line="300" w:lineRule="auto"/>
        <w:ind w:firstLine="720"/>
        <w:jc w:val="both"/>
        <w:rPr>
          <w:sz w:val="28"/>
          <w:szCs w:val="28"/>
        </w:rPr>
      </w:pPr>
      <w:r w:rsidRPr="00C13262">
        <w:rPr>
          <w:sz w:val="28"/>
          <w:szCs w:val="28"/>
        </w:rPr>
        <w:t>- Học sinh phải đăng ký đủ 07 nguyện vọng; không ghi trùng hoặc bỏ sót số thứ tự nguyện vọng.</w:t>
      </w:r>
    </w:p>
    <w:p w14:paraId="00863FB0" w14:textId="77777777" w:rsidR="00D510AE" w:rsidRPr="00C13262" w:rsidRDefault="0084141D" w:rsidP="001263E7">
      <w:pPr>
        <w:spacing w:after="0" w:line="300" w:lineRule="auto"/>
        <w:ind w:left="85" w:firstLine="635"/>
        <w:jc w:val="both"/>
        <w:rPr>
          <w:sz w:val="28"/>
          <w:szCs w:val="28"/>
        </w:rPr>
      </w:pPr>
      <w:r w:rsidRPr="00C13262">
        <w:rPr>
          <w:sz w:val="28"/>
          <w:szCs w:val="28"/>
        </w:rPr>
        <w:t>- Cha mẹ học sinh và học sinh nghiên cứu kỹ các tổ hợp môn học, cân nhắc năng lực, sở trường và định hướng nghề nghiệp trước khi đăng ký.</w:t>
      </w:r>
    </w:p>
    <w:p w14:paraId="39460002" w14:textId="77777777" w:rsidR="00D510AE" w:rsidRPr="00C13262" w:rsidRDefault="0084141D" w:rsidP="001263E7">
      <w:pPr>
        <w:spacing w:after="0" w:line="300" w:lineRule="auto"/>
        <w:ind w:left="85" w:firstLine="635"/>
        <w:jc w:val="both"/>
        <w:rPr>
          <w:sz w:val="28"/>
          <w:szCs w:val="28"/>
        </w:rPr>
      </w:pPr>
      <w:r w:rsidRPr="00C13262">
        <w:rPr>
          <w:sz w:val="28"/>
          <w:szCs w:val="28"/>
        </w:rPr>
        <w:t>- Nhà trường ưu tiên bố trí học sinh theo nguyện vọng 1; trường hợp cần thiết, việc bố trí được xem xét trên cơ sở kết quả học tập, kết quả kỳ thi tuyển sinh, thành tích đạt được trong quá trình học tập ở cấp THCS và điều kiện tổ chức dạy học của nhà trường.</w:t>
      </w:r>
    </w:p>
    <w:p w14:paraId="4D7B189F" w14:textId="2EDCFEE5" w:rsidR="00D510AE" w:rsidRDefault="0084141D" w:rsidP="001263E7">
      <w:pPr>
        <w:spacing w:after="0" w:line="300" w:lineRule="auto"/>
        <w:ind w:firstLine="720"/>
        <w:jc w:val="both"/>
        <w:rPr>
          <w:sz w:val="28"/>
          <w:szCs w:val="28"/>
        </w:rPr>
      </w:pPr>
      <w:r w:rsidRPr="00C13262">
        <w:rPr>
          <w:sz w:val="28"/>
          <w:szCs w:val="28"/>
        </w:rPr>
        <w:t>- Các chuyên đề học tập được nhà trường bố trí phù hợp với tổ hợp môn học lựa chọn và điều kiện tổ chức dạy học.</w:t>
      </w:r>
    </w:p>
    <w:p w14:paraId="6F2B7094" w14:textId="77777777" w:rsidR="001263E7" w:rsidRPr="001263E7" w:rsidRDefault="001263E7" w:rsidP="001263E7">
      <w:pPr>
        <w:spacing w:after="0" w:line="300" w:lineRule="auto"/>
        <w:ind w:firstLine="720"/>
        <w:jc w:val="both"/>
        <w:rPr>
          <w:sz w:val="12"/>
          <w:szCs w:val="12"/>
        </w:rPr>
      </w:pPr>
    </w:p>
    <w:tbl>
      <w:tblPr>
        <w:tblW w:w="10262" w:type="dxa"/>
        <w:jc w:val="center"/>
        <w:tblLayout w:type="fixed"/>
        <w:tblLook w:val="04A0" w:firstRow="1" w:lastRow="0" w:firstColumn="1" w:lastColumn="0" w:noHBand="0" w:noVBand="1"/>
      </w:tblPr>
      <w:tblGrid>
        <w:gridCol w:w="5300"/>
        <w:gridCol w:w="4962"/>
      </w:tblGrid>
      <w:tr w:rsidR="00D510AE" w:rsidRPr="001263E7" w14:paraId="5ACFBC94" w14:textId="77777777" w:rsidTr="001263E7">
        <w:trPr>
          <w:jc w:val="center"/>
        </w:trPr>
        <w:tc>
          <w:tcPr>
            <w:tcW w:w="5300" w:type="dxa"/>
            <w:tcBorders>
              <w:top w:val="nil"/>
              <w:left w:val="nil"/>
              <w:bottom w:val="nil"/>
              <w:right w:val="nil"/>
            </w:tcBorders>
          </w:tcPr>
          <w:p w14:paraId="066C78F0" w14:textId="77777777" w:rsidR="00D510AE" w:rsidRPr="001263E7" w:rsidRDefault="0084141D">
            <w:pPr>
              <w:spacing w:after="0"/>
              <w:jc w:val="center"/>
              <w:rPr>
                <w:sz w:val="28"/>
                <w:szCs w:val="28"/>
              </w:rPr>
            </w:pPr>
            <w:r w:rsidRPr="001263E7">
              <w:rPr>
                <w:b/>
                <w:sz w:val="28"/>
                <w:szCs w:val="28"/>
              </w:rPr>
              <w:t>XÁC NHẬN CỦA CHA, MẸ HỌC SINH</w:t>
            </w:r>
            <w:r w:rsidRPr="001263E7">
              <w:rPr>
                <w:b/>
                <w:sz w:val="28"/>
                <w:szCs w:val="28"/>
              </w:rPr>
              <w:br/>
              <w:t>HOẶC NGƯỜI GIÁM HỘ</w:t>
            </w:r>
            <w:r w:rsidRPr="001263E7">
              <w:rPr>
                <w:b/>
                <w:sz w:val="28"/>
                <w:szCs w:val="28"/>
              </w:rPr>
              <w:br/>
            </w:r>
            <w:r w:rsidRPr="001263E7">
              <w:rPr>
                <w:bCs/>
                <w:i/>
                <w:iCs/>
                <w:szCs w:val="24"/>
              </w:rPr>
              <w:t>(Ký, ghi rõ họ tên)</w:t>
            </w:r>
          </w:p>
        </w:tc>
        <w:tc>
          <w:tcPr>
            <w:tcW w:w="4962" w:type="dxa"/>
            <w:tcBorders>
              <w:top w:val="nil"/>
              <w:left w:val="nil"/>
              <w:bottom w:val="nil"/>
              <w:right w:val="nil"/>
            </w:tcBorders>
          </w:tcPr>
          <w:p w14:paraId="18B4B8D0" w14:textId="77777777" w:rsidR="00D510AE" w:rsidRDefault="0084141D">
            <w:pPr>
              <w:spacing w:after="0"/>
              <w:jc w:val="center"/>
              <w:rPr>
                <w:bCs/>
                <w:i/>
                <w:iCs/>
                <w:szCs w:val="24"/>
              </w:rPr>
            </w:pPr>
            <w:r w:rsidRPr="001263E7">
              <w:rPr>
                <w:bCs/>
                <w:sz w:val="28"/>
                <w:szCs w:val="28"/>
              </w:rPr>
              <w:t>................, ngày ..... tháng ..... năm 2026</w:t>
            </w:r>
            <w:r w:rsidRPr="001263E7">
              <w:rPr>
                <w:b/>
                <w:sz w:val="28"/>
                <w:szCs w:val="28"/>
              </w:rPr>
              <w:br/>
              <w:t>HỌC SINH</w:t>
            </w:r>
            <w:r w:rsidRPr="001263E7">
              <w:rPr>
                <w:b/>
                <w:sz w:val="28"/>
                <w:szCs w:val="28"/>
              </w:rPr>
              <w:br/>
            </w:r>
            <w:r w:rsidRPr="001263E7">
              <w:rPr>
                <w:bCs/>
                <w:i/>
                <w:iCs/>
                <w:szCs w:val="24"/>
              </w:rPr>
              <w:t>(Ký, ghi rõ họ tên)</w:t>
            </w:r>
          </w:p>
          <w:p w14:paraId="1A83A1E3" w14:textId="77777777" w:rsidR="001263E7" w:rsidRDefault="001263E7">
            <w:pPr>
              <w:spacing w:after="0"/>
              <w:jc w:val="center"/>
              <w:rPr>
                <w:bCs/>
                <w:i/>
                <w:iCs/>
                <w:szCs w:val="24"/>
              </w:rPr>
            </w:pPr>
          </w:p>
          <w:p w14:paraId="0CDF614E" w14:textId="77777777" w:rsidR="001263E7" w:rsidRDefault="001263E7">
            <w:pPr>
              <w:spacing w:after="0"/>
              <w:jc w:val="center"/>
              <w:rPr>
                <w:bCs/>
                <w:i/>
                <w:iCs/>
                <w:szCs w:val="24"/>
              </w:rPr>
            </w:pPr>
          </w:p>
          <w:p w14:paraId="692AAACA" w14:textId="77777777" w:rsidR="001263E7" w:rsidRDefault="001263E7">
            <w:pPr>
              <w:spacing w:after="0"/>
              <w:jc w:val="center"/>
              <w:rPr>
                <w:bCs/>
                <w:i/>
                <w:iCs/>
                <w:szCs w:val="24"/>
              </w:rPr>
            </w:pPr>
          </w:p>
          <w:p w14:paraId="0A683541" w14:textId="2260730E" w:rsidR="001263E7" w:rsidRPr="001263E7" w:rsidRDefault="001263E7">
            <w:pPr>
              <w:spacing w:after="0"/>
              <w:jc w:val="center"/>
              <w:rPr>
                <w:sz w:val="28"/>
                <w:szCs w:val="28"/>
              </w:rPr>
            </w:pPr>
          </w:p>
        </w:tc>
      </w:tr>
    </w:tbl>
    <w:p w14:paraId="6E825BEB" w14:textId="77777777" w:rsidR="0084141D" w:rsidRDefault="0084141D"/>
    <w:sectPr w:rsidR="0084141D" w:rsidSect="00025B4A">
      <w:pgSz w:w="11907" w:h="16840" w:code="9"/>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B4A"/>
    <w:rsid w:val="00034616"/>
    <w:rsid w:val="0006063C"/>
    <w:rsid w:val="001263E7"/>
    <w:rsid w:val="0015074B"/>
    <w:rsid w:val="002621F2"/>
    <w:rsid w:val="0029639D"/>
    <w:rsid w:val="00326F90"/>
    <w:rsid w:val="003D3B34"/>
    <w:rsid w:val="0084141D"/>
    <w:rsid w:val="00AA1D8D"/>
    <w:rsid w:val="00B47730"/>
    <w:rsid w:val="00C13262"/>
    <w:rsid w:val="00CB0664"/>
    <w:rsid w:val="00CC5512"/>
    <w:rsid w:val="00D510AE"/>
    <w:rsid w:val="00F675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A0E8A84"/>
  <w14:defaultImageDpi w14:val="300"/>
  <w15:docId w15:val="{3E86B91D-020C-4AF9-A21B-EA682CCF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Pham Van Tuan</cp:lastModifiedBy>
  <cp:revision>6</cp:revision>
  <dcterms:created xsi:type="dcterms:W3CDTF">2013-12-23T23:15:00Z</dcterms:created>
  <dcterms:modified xsi:type="dcterms:W3CDTF">2026-08-05T02:43:00Z</dcterms:modified>
  <cp:category/>
</cp:coreProperties>
</file>